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255A6FD4" wp14:textId="77777777">
      <w:pPr>
        <w:jc w:val="center"/>
      </w:pPr>
      <w:r>
        <w:rPr>
          <w:b/>
          <w:sz w:val="36"/>
        </w:rPr>
        <w:t>Senior Curling 2026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713EB980" wp14:textId="77777777">
        <w:tc>
          <w:tcPr>
            <w:tcW w:w="3600" w:type="dxa"/>
            <w:tcMar/>
          </w:tcPr>
          <w:p w14:paraId="56500E01" wp14:textId="77777777">
            <w:r>
              <w:t>Oct 19</w:t>
            </w:r>
          </w:p>
        </w:tc>
        <w:tc>
          <w:tcPr>
            <w:tcW w:w="3600" w:type="dxa"/>
            <w:tcMar/>
          </w:tcPr>
          <w:p w14:paraId="60202B56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Gerald-Aurele</w:t>
            </w:r>
            <w:r>
              <w:br/>
            </w:r>
            <w:r w:rsidR="6DC3497C">
              <w:rPr/>
              <w:t>Al M.-Lori</w:t>
            </w:r>
            <w:r>
              <w:br/>
            </w:r>
            <w:r w:rsidR="6DC3497C">
              <w:rPr/>
              <w:t>Dave-Don</w:t>
            </w:r>
            <w:r>
              <w:br/>
            </w:r>
            <w:r w:rsidR="6DC3497C">
              <w:rPr/>
              <w:t>Bye-Jake</w:t>
            </w:r>
          </w:p>
        </w:tc>
        <w:tc>
          <w:tcPr>
            <w:tcW w:w="3600" w:type="dxa"/>
            <w:tcMar/>
          </w:tcPr>
          <w:p w14:paraId="159343C7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Wilbert-Brynley</w:t>
            </w:r>
            <w:r>
              <w:br/>
            </w:r>
            <w:r w:rsidR="6DC3497C">
              <w:rPr/>
              <w:t>Robert-Werner</w:t>
            </w:r>
            <w:r>
              <w:br/>
            </w:r>
            <w:r w:rsidR="6DC3497C">
              <w:rPr/>
              <w:t>Marc-Dennis</w:t>
            </w:r>
            <w:r>
              <w:br/>
            </w:r>
            <w:r w:rsidR="6DC3497C">
              <w:rPr/>
              <w:t>Allen T.-John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527F3CD4" wp14:textId="77777777">
        <w:tc>
          <w:tcPr>
            <w:tcW w:w="3600" w:type="dxa"/>
            <w:tcMar/>
          </w:tcPr>
          <w:p w14:paraId="300307C4" wp14:textId="77777777">
            <w:r>
              <w:t>Oct 26</w:t>
            </w:r>
          </w:p>
        </w:tc>
        <w:tc>
          <w:tcPr>
            <w:tcW w:w="3600" w:type="dxa"/>
            <w:tcMar/>
          </w:tcPr>
          <w:p w14:paraId="04005E6E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Lori-Dennis</w:t>
            </w:r>
            <w:r>
              <w:br/>
            </w:r>
            <w:r w:rsidR="6DC3497C">
              <w:rPr/>
              <w:t>Robert-Allen T.</w:t>
            </w:r>
            <w:r>
              <w:br/>
            </w:r>
            <w:r w:rsidR="6DC3497C">
              <w:rPr/>
              <w:t>Al M.-Jake</w:t>
            </w:r>
            <w:r>
              <w:br/>
            </w:r>
            <w:r w:rsidR="6DC3497C">
              <w:rPr/>
              <w:t>Bye-Brynley</w:t>
            </w:r>
          </w:p>
        </w:tc>
        <w:tc>
          <w:tcPr>
            <w:tcW w:w="3600" w:type="dxa"/>
            <w:tcMar/>
          </w:tcPr>
          <w:p w14:paraId="6492BB9A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Aurele-John</w:t>
            </w:r>
            <w:r>
              <w:br/>
            </w:r>
            <w:r w:rsidR="6DC3497C">
              <w:rPr/>
              <w:t>Marc-Wilbert</w:t>
            </w:r>
            <w:r>
              <w:br/>
            </w:r>
            <w:r w:rsidR="6DC3497C">
              <w:rPr/>
              <w:t>Gerald-Dave</w:t>
            </w:r>
            <w:r>
              <w:br/>
            </w:r>
            <w:r w:rsidR="6DC3497C">
              <w:rPr/>
              <w:t>Werner-Don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12445D1B" wp14:textId="77777777">
        <w:tc>
          <w:tcPr>
            <w:tcW w:w="3600" w:type="dxa"/>
            <w:tcMar/>
          </w:tcPr>
          <w:p w14:paraId="52160FD2" wp14:textId="77777777">
            <w:r>
              <w:t>Nov 02</w:t>
            </w:r>
          </w:p>
        </w:tc>
        <w:tc>
          <w:tcPr>
            <w:tcW w:w="3600" w:type="dxa"/>
            <w:tcMar/>
          </w:tcPr>
          <w:p w14:paraId="0869C60B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Don-Robert</w:t>
            </w:r>
            <w:r>
              <w:br/>
            </w:r>
            <w:r w:rsidR="6DC3497C">
              <w:rPr/>
              <w:t>Al M.-Aurele</w:t>
            </w:r>
            <w:r>
              <w:br/>
            </w:r>
            <w:r w:rsidR="6DC3497C">
              <w:rPr/>
              <w:t>Allen T.-Dennis</w:t>
            </w:r>
            <w:r>
              <w:br/>
            </w:r>
            <w:r w:rsidR="6DC3497C">
              <w:rPr/>
              <w:t>Bye-Dave</w:t>
            </w:r>
          </w:p>
        </w:tc>
        <w:tc>
          <w:tcPr>
            <w:tcW w:w="3600" w:type="dxa"/>
            <w:tcMar/>
          </w:tcPr>
          <w:p w14:paraId="35A95AB4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Jake-Lori</w:t>
            </w:r>
            <w:r>
              <w:br/>
            </w:r>
            <w:r w:rsidR="6DC3497C">
              <w:rPr/>
              <w:t>Gerald-John</w:t>
            </w:r>
            <w:r>
              <w:br/>
            </w:r>
            <w:r w:rsidR="6DC3497C">
              <w:rPr/>
              <w:t>Wilbert-Werner</w:t>
            </w:r>
            <w:r>
              <w:br/>
            </w:r>
            <w:r w:rsidR="6DC3497C">
              <w:rPr/>
              <w:t>Marc-Brynley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17269A82" wp14:textId="77777777">
        <w:tc>
          <w:tcPr>
            <w:tcW w:w="3600" w:type="dxa"/>
            <w:tcMar/>
          </w:tcPr>
          <w:p w14:paraId="2540F966" wp14:textId="77777777">
            <w:r>
              <w:t>Nov 09</w:t>
            </w:r>
          </w:p>
        </w:tc>
        <w:tc>
          <w:tcPr>
            <w:tcW w:w="3600" w:type="dxa"/>
            <w:tcMar/>
          </w:tcPr>
          <w:p w14:paraId="7693F94A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Wilbert-Allen T.</w:t>
            </w:r>
            <w:r>
              <w:br/>
            </w:r>
            <w:r w:rsidR="6DC3497C">
              <w:rPr/>
              <w:t>Lori-John</w:t>
            </w:r>
            <w:r>
              <w:br/>
            </w:r>
            <w:r w:rsidR="6DC3497C">
              <w:rPr/>
              <w:t>Al M.-Dave</w:t>
            </w:r>
            <w:r>
              <w:br/>
            </w:r>
            <w:r w:rsidR="6DC3497C">
              <w:rPr/>
              <w:t>Bye-Werner</w:t>
            </w:r>
          </w:p>
        </w:tc>
        <w:tc>
          <w:tcPr>
            <w:tcW w:w="3600" w:type="dxa"/>
            <w:tcMar/>
          </w:tcPr>
          <w:p w14:paraId="3DAAE0E4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Marc-Robert</w:t>
            </w:r>
            <w:r>
              <w:br/>
            </w:r>
            <w:r w:rsidR="6DC3497C">
              <w:rPr/>
              <w:t>Brynley-Don</w:t>
            </w:r>
            <w:r>
              <w:br/>
            </w:r>
            <w:r w:rsidR="6DC3497C">
              <w:rPr/>
              <w:t>Jake-Gerald</w:t>
            </w:r>
            <w:r>
              <w:br/>
            </w:r>
            <w:r w:rsidR="6DC3497C">
              <w:rPr/>
              <w:t>Aurele-Dennis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31992D1E" wp14:textId="77777777">
        <w:tc>
          <w:tcPr>
            <w:tcW w:w="3600" w:type="dxa"/>
            <w:tcMar/>
          </w:tcPr>
          <w:p w14:paraId="70D23CAA" wp14:textId="77777777">
            <w:r>
              <w:t>Nov 16</w:t>
            </w:r>
          </w:p>
        </w:tc>
        <w:tc>
          <w:tcPr>
            <w:tcW w:w="3600" w:type="dxa"/>
            <w:tcMar/>
          </w:tcPr>
          <w:p w14:paraId="1B19AD79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Al M.-Gerald</w:t>
            </w:r>
            <w:r>
              <w:br/>
            </w:r>
            <w:r w:rsidR="6DC3497C">
              <w:rPr/>
              <w:t>Robert-Wilbert</w:t>
            </w:r>
            <w:r>
              <w:br/>
            </w:r>
            <w:r w:rsidR="6DC3497C">
              <w:rPr/>
              <w:t>Lori-Aurele</w:t>
            </w:r>
            <w:r>
              <w:br/>
            </w:r>
            <w:r w:rsidR="6DC3497C">
              <w:rPr/>
              <w:t>Bye-Don</w:t>
            </w:r>
          </w:p>
        </w:tc>
        <w:tc>
          <w:tcPr>
            <w:tcW w:w="3600" w:type="dxa"/>
            <w:tcMar/>
          </w:tcPr>
          <w:p w14:paraId="6153AC63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Brynley-Werner</w:t>
            </w:r>
            <w:r>
              <w:br/>
            </w:r>
            <w:r w:rsidR="6DC3497C">
              <w:rPr/>
              <w:t>John-Dennis</w:t>
            </w:r>
            <w:r>
              <w:br/>
            </w:r>
            <w:r w:rsidR="6DC3497C">
              <w:rPr/>
              <w:t>Marc-Allen T.</w:t>
            </w:r>
            <w:r>
              <w:br/>
            </w:r>
            <w:r w:rsidR="6DC3497C">
              <w:rPr/>
              <w:t>Jake-Dave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5F65C111" wp14:textId="77777777">
        <w:tc>
          <w:tcPr>
            <w:tcW w:w="3600" w:type="dxa"/>
            <w:tcMar/>
          </w:tcPr>
          <w:p w14:paraId="15FC86A6" wp14:textId="77777777">
            <w:r>
              <w:t>Nov 23</w:t>
            </w:r>
          </w:p>
        </w:tc>
        <w:tc>
          <w:tcPr>
            <w:tcW w:w="3600" w:type="dxa"/>
            <w:tcMar/>
          </w:tcPr>
          <w:p w14:paraId="75606827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Lori-Dave</w:t>
            </w:r>
            <w:r>
              <w:br/>
            </w:r>
            <w:r w:rsidR="6DC3497C">
              <w:rPr/>
              <w:t>Al M.-John</w:t>
            </w:r>
            <w:r>
              <w:br/>
            </w:r>
            <w:r w:rsidR="6DC3497C">
              <w:rPr/>
              <w:t>Wilbert-Don</w:t>
            </w:r>
            <w:r>
              <w:br/>
            </w:r>
            <w:r w:rsidR="6DC3497C">
              <w:rPr/>
              <w:t>Bye-Robert</w:t>
            </w:r>
          </w:p>
        </w:tc>
        <w:tc>
          <w:tcPr>
            <w:tcW w:w="3600" w:type="dxa"/>
            <w:tcMar/>
          </w:tcPr>
          <w:p w14:paraId="6D9A7BD8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Jake-Aurele</w:t>
            </w:r>
            <w:r>
              <w:br/>
            </w:r>
            <w:r w:rsidR="6DC3497C">
              <w:rPr/>
              <w:t>Allen T.-Brynley</w:t>
            </w:r>
            <w:r>
              <w:br/>
            </w:r>
            <w:r w:rsidR="6DC3497C">
              <w:rPr/>
              <w:t>Dennis-Gerald</w:t>
            </w:r>
            <w:r>
              <w:br/>
            </w:r>
            <w:r w:rsidR="6DC3497C">
              <w:rPr/>
              <w:t>Marc-Werner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704F1A83" wp14:textId="77777777">
        <w:tc>
          <w:tcPr>
            <w:tcW w:w="3600" w:type="dxa"/>
            <w:tcMar/>
          </w:tcPr>
          <w:p w14:paraId="5B09B8AB" wp14:textId="77777777">
            <w:r>
              <w:t>Nov 30</w:t>
            </w:r>
          </w:p>
        </w:tc>
        <w:tc>
          <w:tcPr>
            <w:tcW w:w="3600" w:type="dxa"/>
            <w:tcMar/>
          </w:tcPr>
          <w:p w14:paraId="328C9702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Wilbert-Aurele</w:t>
            </w:r>
            <w:r>
              <w:br/>
            </w:r>
            <w:r w:rsidR="6DC3497C">
              <w:rPr/>
              <w:t>Lori-Don</w:t>
            </w:r>
            <w:r>
              <w:br/>
            </w:r>
            <w:r w:rsidR="6DC3497C">
              <w:rPr/>
              <w:t>Allen T.-Al M.</w:t>
            </w:r>
            <w:r>
              <w:br/>
            </w:r>
            <w:r w:rsidR="6DC3497C">
              <w:rPr/>
              <w:t>Bye-Marc</w:t>
            </w:r>
          </w:p>
        </w:tc>
        <w:tc>
          <w:tcPr>
            <w:tcW w:w="3600" w:type="dxa"/>
            <w:tcMar/>
          </w:tcPr>
          <w:p w14:paraId="17711FC4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Robert-Dave</w:t>
            </w:r>
            <w:r>
              <w:br/>
            </w:r>
            <w:r w:rsidR="6DC3497C">
              <w:rPr/>
              <w:t>Gerald-Werner</w:t>
            </w:r>
            <w:r>
              <w:br/>
            </w:r>
            <w:r w:rsidR="6DC3497C">
              <w:rPr/>
              <w:t>John-Brynley</w:t>
            </w:r>
            <w:r>
              <w:br/>
            </w:r>
            <w:r w:rsidR="6DC3497C">
              <w:rPr/>
              <w:t>Jake-Dennis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748FBA5F" wp14:textId="77777777">
        <w:tc>
          <w:tcPr>
            <w:tcW w:w="3600" w:type="dxa"/>
            <w:tcMar/>
          </w:tcPr>
          <w:p w14:paraId="3857322B" wp14:textId="77777777">
            <w:r>
              <w:t>Dec 07</w:t>
            </w:r>
          </w:p>
        </w:tc>
        <w:tc>
          <w:tcPr>
            <w:tcW w:w="3600" w:type="dxa"/>
            <w:tcMar/>
          </w:tcPr>
          <w:p w14:paraId="1864EC62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Al M.-Dennis</w:t>
            </w:r>
            <w:r>
              <w:br/>
            </w:r>
            <w:r w:rsidR="6DC3497C">
              <w:rPr/>
              <w:t>Dave-Aurele</w:t>
            </w:r>
            <w:r>
              <w:br/>
            </w:r>
            <w:r w:rsidR="6DC3497C">
              <w:rPr/>
              <w:t>Robert-Lori</w:t>
            </w:r>
            <w:r>
              <w:br/>
            </w:r>
            <w:r w:rsidR="6DC3497C">
              <w:rPr/>
              <w:t>Bye-Wilbert</w:t>
            </w:r>
          </w:p>
        </w:tc>
        <w:tc>
          <w:tcPr>
            <w:tcW w:w="3600" w:type="dxa"/>
            <w:tcMar/>
          </w:tcPr>
          <w:p w14:paraId="73275C2C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Marc-Don</w:t>
            </w:r>
            <w:r>
              <w:br/>
            </w:r>
            <w:r w:rsidR="6DC3497C">
              <w:rPr/>
              <w:t>Jake-John</w:t>
            </w:r>
            <w:r>
              <w:br/>
            </w:r>
            <w:r w:rsidR="6DC3497C">
              <w:rPr/>
              <w:t>Allen T.-Werner</w:t>
            </w:r>
            <w:r>
              <w:br/>
            </w:r>
            <w:r w:rsidR="6DC3497C">
              <w:rPr/>
              <w:t>Gerald-Brynley</w:t>
            </w:r>
          </w:p>
        </w:tc>
      </w:tr>
    </w:tbl>
    <w:p xmlns:wp14="http://schemas.microsoft.com/office/word/2010/wordml" w14:paraId="672A6659" wp14:textId="7777777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5D2EEBD2" wp14:textId="77777777">
        <w:tc>
          <w:tcPr>
            <w:tcW w:w="3600" w:type="dxa"/>
            <w:tcMar/>
          </w:tcPr>
          <w:p w14:paraId="61DA070B" wp14:textId="77777777">
            <w:r>
              <w:t>Dec 14</w:t>
            </w:r>
          </w:p>
        </w:tc>
        <w:tc>
          <w:tcPr>
            <w:tcW w:w="3600" w:type="dxa"/>
            <w:tcMar/>
          </w:tcPr>
          <w:p w14:paraId="4FFF2B3D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Lori-Gerald</w:t>
            </w:r>
            <w:r>
              <w:br/>
            </w:r>
            <w:r w:rsidR="6DC3497C">
              <w:rPr/>
              <w:t>Robert-Brynley</w:t>
            </w:r>
            <w:r>
              <w:br/>
            </w:r>
            <w:r w:rsidR="6DC3497C">
              <w:rPr/>
              <w:t>Allen T.-Aurele</w:t>
            </w:r>
            <w:r>
              <w:br/>
            </w:r>
            <w:r w:rsidR="6DC3497C">
              <w:rPr/>
              <w:t>Bye Al M.</w:t>
            </w:r>
          </w:p>
        </w:tc>
        <w:tc>
          <w:tcPr>
            <w:tcW w:w="3600" w:type="dxa"/>
            <w:tcMar/>
          </w:tcPr>
          <w:p w14:paraId="73A89A2D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Wilbert-Dennis</w:t>
            </w:r>
            <w:r>
              <w:br/>
            </w:r>
            <w:r w:rsidR="6DC3497C">
              <w:rPr/>
              <w:t>Dave-Werner</w:t>
            </w:r>
            <w:r>
              <w:br/>
            </w:r>
            <w:r w:rsidR="6DC3497C">
              <w:rPr/>
              <w:t>Jake-Don</w:t>
            </w:r>
            <w:r>
              <w:br/>
            </w:r>
            <w:r w:rsidR="6DC3497C">
              <w:rPr/>
              <w:t>Marc-John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275737FD" wp14:textId="77777777">
        <w:tc>
          <w:tcPr>
            <w:tcW w:w="3600" w:type="dxa"/>
            <w:tcMar/>
          </w:tcPr>
          <w:p w14:paraId="3B43E627" wp14:textId="77777777">
            <w:r>
              <w:t>Dec 21</w:t>
            </w:r>
          </w:p>
        </w:tc>
        <w:tc>
          <w:tcPr>
            <w:tcW w:w="3600" w:type="dxa"/>
            <w:tcMar/>
          </w:tcPr>
          <w:p w14:paraId="6D17DA32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Allen T.-Jake</w:t>
            </w:r>
            <w:r>
              <w:br/>
            </w:r>
            <w:r w:rsidR="6DC3497C">
              <w:rPr/>
              <w:t>Gerald-Don</w:t>
            </w:r>
            <w:r>
              <w:br/>
            </w:r>
            <w:r w:rsidR="6DC3497C">
              <w:rPr/>
              <w:t>Al M.-Werner</w:t>
            </w:r>
            <w:r>
              <w:br/>
            </w:r>
            <w:r w:rsidR="6DC3497C">
              <w:rPr/>
              <w:t>Bye-Lori</w:t>
            </w:r>
          </w:p>
        </w:tc>
        <w:tc>
          <w:tcPr>
            <w:tcW w:w="3600" w:type="dxa"/>
            <w:tcMar/>
          </w:tcPr>
          <w:p w14:paraId="59CB4AC5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Marc-Aurele</w:t>
            </w:r>
            <w:r>
              <w:br/>
            </w:r>
            <w:r w:rsidR="6DC3497C">
              <w:rPr/>
              <w:t>Wilbert-John</w:t>
            </w:r>
            <w:r>
              <w:br/>
            </w:r>
            <w:r w:rsidR="6DC3497C">
              <w:rPr/>
              <w:t>Dave-Brynley</w:t>
            </w:r>
            <w:r>
              <w:br/>
            </w:r>
            <w:r w:rsidR="6DC3497C">
              <w:rPr/>
              <w:t>Robert-Dennis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1A70A4CB" wp14:textId="77777777">
        <w:tc>
          <w:tcPr>
            <w:tcW w:w="3600" w:type="dxa"/>
            <w:tcMar/>
          </w:tcPr>
          <w:p w14:paraId="23F63909" wp14:textId="77777777">
            <w:r>
              <w:t>Jan 04</w:t>
            </w:r>
          </w:p>
        </w:tc>
        <w:tc>
          <w:tcPr>
            <w:tcW w:w="3600" w:type="dxa"/>
            <w:tcMar/>
          </w:tcPr>
          <w:p w14:paraId="0AAEC4C1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Lori-Allen T.</w:t>
            </w:r>
            <w:r>
              <w:br/>
            </w:r>
            <w:r w:rsidR="6DC3497C">
              <w:rPr/>
              <w:t>Robert-Al M.</w:t>
            </w:r>
            <w:r>
              <w:br/>
            </w:r>
            <w:r w:rsidR="6DC3497C">
              <w:rPr/>
              <w:t>Aurele-Brynley</w:t>
            </w:r>
            <w:r>
              <w:br/>
            </w:r>
            <w:r w:rsidR="6DC3497C">
              <w:rPr/>
              <w:t>Bye-Gerald</w:t>
            </w:r>
          </w:p>
        </w:tc>
        <w:tc>
          <w:tcPr>
            <w:tcW w:w="3600" w:type="dxa"/>
            <w:tcMar/>
          </w:tcPr>
          <w:p w14:paraId="3A964BB2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John-Werner</w:t>
            </w:r>
            <w:r>
              <w:br/>
            </w:r>
            <w:r w:rsidR="6DC3497C">
              <w:rPr/>
              <w:t>Dennis-Don</w:t>
            </w:r>
            <w:r>
              <w:br/>
            </w:r>
            <w:r w:rsidR="6DC3497C">
              <w:rPr/>
              <w:t>Wilbert-Jake</w:t>
            </w:r>
            <w:r>
              <w:br/>
            </w:r>
            <w:r w:rsidR="6DC3497C">
              <w:rPr/>
              <w:t>Marc-Dave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3ED72617" wp14:textId="77777777">
        <w:tc>
          <w:tcPr>
            <w:tcW w:w="3600" w:type="dxa"/>
            <w:tcMar/>
          </w:tcPr>
          <w:p w14:paraId="4573CFCB" wp14:textId="77777777">
            <w:r>
              <w:t>Jan 11</w:t>
            </w:r>
          </w:p>
        </w:tc>
        <w:tc>
          <w:tcPr>
            <w:tcW w:w="3600" w:type="dxa"/>
            <w:tcMar/>
          </w:tcPr>
          <w:p w14:paraId="5A7493B1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Robert-Gerald</w:t>
            </w:r>
            <w:r>
              <w:br/>
            </w:r>
            <w:r w:rsidR="6DC3497C">
              <w:rPr/>
              <w:t>Lori-Brynley</w:t>
            </w:r>
            <w:r>
              <w:br/>
            </w:r>
            <w:r w:rsidR="6DC3497C">
              <w:rPr/>
              <w:t>Al M.-Wilbert</w:t>
            </w:r>
            <w:r>
              <w:br/>
            </w:r>
            <w:r w:rsidR="6DC3497C">
              <w:rPr/>
              <w:t>Bye-Dennis</w:t>
            </w:r>
          </w:p>
        </w:tc>
        <w:tc>
          <w:tcPr>
            <w:tcW w:w="3600" w:type="dxa"/>
            <w:tcMar/>
          </w:tcPr>
          <w:p w14:paraId="56B44923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Allen T.-Dave</w:t>
            </w:r>
            <w:r>
              <w:br/>
            </w:r>
            <w:r w:rsidR="6DC3497C">
              <w:rPr/>
              <w:t>Marc-Jake</w:t>
            </w:r>
            <w:r>
              <w:br/>
            </w:r>
            <w:r w:rsidR="6DC3497C">
              <w:rPr/>
              <w:t>Aurele-Werner</w:t>
            </w:r>
            <w:r>
              <w:br/>
            </w:r>
            <w:r w:rsidR="6DC3497C">
              <w:rPr/>
              <w:t>John-Don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395F7672" wp14:textId="77777777">
        <w:tc>
          <w:tcPr>
            <w:tcW w:w="3600" w:type="dxa"/>
            <w:tcMar/>
          </w:tcPr>
          <w:p w14:paraId="62BF53AC" wp14:textId="77777777">
            <w:r>
              <w:t>Jan 18</w:t>
            </w:r>
          </w:p>
        </w:tc>
        <w:tc>
          <w:tcPr>
            <w:tcW w:w="3600" w:type="dxa"/>
            <w:tcMar/>
          </w:tcPr>
          <w:p w14:paraId="29F862BA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Al M.-Don</w:t>
            </w:r>
            <w:r>
              <w:br/>
            </w:r>
            <w:r w:rsidR="6DC3497C">
              <w:rPr/>
              <w:t>Wilbert-Dave</w:t>
            </w:r>
            <w:r>
              <w:br/>
            </w:r>
            <w:r w:rsidR="6DC3497C">
              <w:rPr/>
              <w:t>Allen T.-Gerald</w:t>
            </w:r>
            <w:r>
              <w:br/>
            </w:r>
            <w:r w:rsidR="6DC3497C">
              <w:rPr/>
              <w:t>Bye-John</w:t>
            </w:r>
          </w:p>
        </w:tc>
        <w:tc>
          <w:tcPr>
            <w:tcW w:w="3600" w:type="dxa"/>
            <w:tcMar/>
          </w:tcPr>
          <w:p w14:paraId="3FDCFCAE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Werner-Dennis</w:t>
            </w:r>
            <w:r>
              <w:br/>
            </w:r>
            <w:r w:rsidR="6DC3497C">
              <w:rPr/>
              <w:t>Jake-Brynley</w:t>
            </w:r>
            <w:r>
              <w:br/>
            </w:r>
            <w:r w:rsidR="6DC3497C">
              <w:rPr/>
              <w:t>Marc-Lori</w:t>
            </w:r>
            <w:r>
              <w:br/>
            </w:r>
            <w:r w:rsidR="6DC3497C">
              <w:rPr/>
              <w:t>Robert-Aurele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0FB77CF6" wp14:textId="77777777">
        <w:tc>
          <w:tcPr>
            <w:tcW w:w="3600" w:type="dxa"/>
            <w:tcMar/>
          </w:tcPr>
          <w:p w14:paraId="4D49E974" wp14:textId="77777777">
            <w:r>
              <w:t>Jan 25</w:t>
            </w:r>
          </w:p>
        </w:tc>
        <w:tc>
          <w:tcPr>
            <w:tcW w:w="3600" w:type="dxa"/>
            <w:tcMar/>
          </w:tcPr>
          <w:p w14:paraId="676329E4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Wilbert-Gerald</w:t>
            </w:r>
            <w:r>
              <w:br/>
            </w:r>
            <w:r w:rsidR="6DC3497C">
              <w:rPr/>
              <w:t>Al M.-Marc</w:t>
            </w:r>
            <w:r>
              <w:br/>
            </w:r>
            <w:r w:rsidR="6DC3497C">
              <w:rPr/>
              <w:t>Allen T.-Don</w:t>
            </w:r>
            <w:r>
              <w:br/>
            </w:r>
            <w:r w:rsidR="6DC3497C">
              <w:rPr/>
              <w:t>Bye-Aurele</w:t>
            </w:r>
          </w:p>
        </w:tc>
        <w:tc>
          <w:tcPr>
            <w:tcW w:w="3600" w:type="dxa"/>
            <w:tcMar/>
          </w:tcPr>
          <w:p w14:paraId="40F10D50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Lori-Werner</w:t>
            </w:r>
            <w:r>
              <w:br/>
            </w:r>
            <w:r w:rsidR="6DC3497C">
              <w:rPr/>
              <w:t>John-Dave</w:t>
            </w:r>
            <w:r>
              <w:br/>
            </w:r>
            <w:r w:rsidR="6DC3497C">
              <w:rPr/>
              <w:t>Robert-Jake</w:t>
            </w:r>
            <w:r>
              <w:br/>
            </w:r>
            <w:r w:rsidR="6DC3497C">
              <w:rPr/>
              <w:t>Dennis-Brynley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xmlns:wp14="http://schemas.microsoft.com/office/word/2010/wordml" w:rsidTr="6DC3497C" w14:paraId="5A206C45" wp14:textId="77777777">
        <w:tc>
          <w:tcPr>
            <w:tcW w:w="3600" w:type="dxa"/>
            <w:tcMar/>
          </w:tcPr>
          <w:p w14:paraId="40EE16F7" wp14:textId="77777777">
            <w:r>
              <w:t>Feb 01</w:t>
            </w:r>
          </w:p>
        </w:tc>
        <w:tc>
          <w:tcPr>
            <w:tcW w:w="3600" w:type="dxa"/>
            <w:tcMar/>
          </w:tcPr>
          <w:p w14:paraId="64722720" wp14:textId="77777777">
            <w:r w:rsidRPr="6DC3497C" w:rsidR="6DC3497C">
              <w:rPr>
                <w:b w:val="1"/>
                <w:bCs w:val="1"/>
              </w:rPr>
              <w:t>Noon</w:t>
            </w:r>
            <w:r>
              <w:br/>
            </w:r>
            <w:r w:rsidR="6DC3497C">
              <w:rPr/>
              <w:t>Al M.-Brynley</w:t>
            </w:r>
            <w:r>
              <w:br/>
            </w:r>
            <w:r w:rsidR="6DC3497C">
              <w:rPr/>
              <w:t>Lori-Wilbert</w:t>
            </w:r>
            <w:r>
              <w:br/>
            </w:r>
            <w:r w:rsidR="6DC3497C">
              <w:rPr/>
              <w:t>Aurele-Don</w:t>
            </w:r>
            <w:r>
              <w:br/>
            </w:r>
            <w:r w:rsidR="6DC3497C">
              <w:rPr/>
              <w:t>Bye-Allen T.</w:t>
            </w:r>
          </w:p>
        </w:tc>
        <w:tc>
          <w:tcPr>
            <w:tcW w:w="3600" w:type="dxa"/>
            <w:tcMar/>
          </w:tcPr>
          <w:p w14:paraId="2920F31E" wp14:textId="77777777">
            <w:r w:rsidRPr="6DC3497C" w:rsidR="6DC3497C">
              <w:rPr>
                <w:b w:val="1"/>
                <w:bCs w:val="1"/>
              </w:rPr>
              <w:t>2:45 PM</w:t>
            </w:r>
            <w:r>
              <w:br/>
            </w:r>
            <w:r w:rsidR="6DC3497C">
              <w:rPr/>
              <w:t>Marc-Gerald</w:t>
            </w:r>
            <w:r>
              <w:br/>
            </w:r>
            <w:r w:rsidR="6DC3497C">
              <w:rPr/>
              <w:t>Jake-Werner</w:t>
            </w:r>
            <w:r>
              <w:br/>
            </w:r>
            <w:r w:rsidR="6DC3497C">
              <w:rPr/>
              <w:t>Dave-Dennis</w:t>
            </w:r>
            <w:r>
              <w:br/>
            </w:r>
            <w:r w:rsidR="6DC3497C">
              <w:rPr/>
              <w:t>Robert-John</w:t>
            </w:r>
          </w:p>
        </w:tc>
      </w:tr>
    </w:tbl>
    <w:p xmlns:wp14="http://schemas.microsoft.com/office/word/2010/wordml" w14:paraId="0A37501D" wp14:textId="77777777">
      <w:r>
        <w:br w:type="page"/>
      </w:r>
    </w:p>
    <w:p xmlns:wp14="http://schemas.microsoft.com/office/word/2010/wordml" w14:paraId="6200120B" wp14:textId="77777777">
      <w:pPr>
        <w:pStyle w:val="Heading1"/>
      </w:pPr>
      <w:r>
        <w:t>Contact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xmlns:wp14="http://schemas.microsoft.com/office/word/2010/wordml" w14:paraId="23870F95" wp14:textId="77777777">
        <w:tc>
          <w:tcPr>
            <w:tcW w:w="5400" w:type="dxa"/>
          </w:tcPr>
          <w:p w14:paraId="0D909AED" wp14:textId="77777777">
            <w:r>
              <w:t>Name</w:t>
            </w:r>
          </w:p>
        </w:tc>
        <w:tc>
          <w:tcPr>
            <w:tcW w:w="5400" w:type="dxa"/>
          </w:tcPr>
          <w:p w14:paraId="69047E7B" wp14:textId="77777777">
            <w:r>
              <w:t>Phone</w:t>
            </w:r>
          </w:p>
        </w:tc>
      </w:tr>
      <w:tr xmlns:wp14="http://schemas.microsoft.com/office/word/2010/wordml" w14:paraId="23AD966D" wp14:textId="77777777">
        <w:tc>
          <w:tcPr>
            <w:tcW w:w="5400" w:type="dxa"/>
          </w:tcPr>
          <w:p w14:paraId="61607D7C" wp14:textId="77777777">
            <w:r>
              <w:t>Allan Meyers</w:t>
            </w:r>
          </w:p>
        </w:tc>
        <w:tc>
          <w:tcPr>
            <w:tcW w:w="5400" w:type="dxa"/>
          </w:tcPr>
          <w:p w14:paraId="1F652C20" wp14:textId="77777777">
            <w:r>
              <w:t>326-3717</w:t>
            </w:r>
          </w:p>
        </w:tc>
      </w:tr>
      <w:tr xmlns:wp14="http://schemas.microsoft.com/office/word/2010/wordml" w14:paraId="089A1DF8" wp14:textId="77777777">
        <w:tc>
          <w:tcPr>
            <w:tcW w:w="5400" w:type="dxa"/>
          </w:tcPr>
          <w:p w14:paraId="13D2A0C3" wp14:textId="77777777">
            <w:r>
              <w:t>Al Toews</w:t>
            </w:r>
          </w:p>
        </w:tc>
        <w:tc>
          <w:tcPr>
            <w:tcW w:w="5400" w:type="dxa"/>
          </w:tcPr>
          <w:p w14:paraId="1F5C84BC" wp14:textId="77777777">
            <w:r>
              <w:t>320-9189</w:t>
            </w:r>
          </w:p>
        </w:tc>
      </w:tr>
      <w:tr xmlns:wp14="http://schemas.microsoft.com/office/word/2010/wordml" w14:paraId="60A045AC" wp14:textId="77777777">
        <w:tc>
          <w:tcPr>
            <w:tcW w:w="5400" w:type="dxa"/>
          </w:tcPr>
          <w:p w14:paraId="232D4212" wp14:textId="77777777">
            <w:r>
              <w:t>Aurele Durand</w:t>
            </w:r>
          </w:p>
        </w:tc>
        <w:tc>
          <w:tcPr>
            <w:tcW w:w="5400" w:type="dxa"/>
          </w:tcPr>
          <w:p w14:paraId="6C0CD7BB" wp14:textId="77777777">
            <w:r>
              <w:t>371-3789</w:t>
            </w:r>
          </w:p>
        </w:tc>
      </w:tr>
      <w:tr xmlns:wp14="http://schemas.microsoft.com/office/word/2010/wordml" w14:paraId="35D7E612" wp14:textId="77777777">
        <w:tc>
          <w:tcPr>
            <w:tcW w:w="5400" w:type="dxa"/>
          </w:tcPr>
          <w:p w14:paraId="1D974FDE" wp14:textId="77777777">
            <w:r>
              <w:t>Brynley Bennett</w:t>
            </w:r>
          </w:p>
        </w:tc>
        <w:tc>
          <w:tcPr>
            <w:tcW w:w="5400" w:type="dxa"/>
          </w:tcPr>
          <w:p w14:paraId="44379B99" wp14:textId="77777777">
            <w:r>
              <w:t>422-5458</w:t>
            </w:r>
          </w:p>
        </w:tc>
      </w:tr>
      <w:tr xmlns:wp14="http://schemas.microsoft.com/office/word/2010/wordml" w14:paraId="608A98AA" wp14:textId="77777777">
        <w:tc>
          <w:tcPr>
            <w:tcW w:w="5400" w:type="dxa"/>
          </w:tcPr>
          <w:p w14:paraId="393B00FD" wp14:textId="77777777">
            <w:r>
              <w:t>John Funk</w:t>
            </w:r>
          </w:p>
        </w:tc>
        <w:tc>
          <w:tcPr>
            <w:tcW w:w="5400" w:type="dxa"/>
          </w:tcPr>
          <w:p w14:paraId="71177173" wp14:textId="77777777">
            <w:r>
              <w:t>392-8724</w:t>
            </w:r>
          </w:p>
        </w:tc>
      </w:tr>
      <w:tr xmlns:wp14="http://schemas.microsoft.com/office/word/2010/wordml" w14:paraId="3106C135" wp14:textId="77777777">
        <w:tc>
          <w:tcPr>
            <w:tcW w:w="5400" w:type="dxa"/>
          </w:tcPr>
          <w:p w14:paraId="1A0BDAB5" wp14:textId="77777777">
            <w:r>
              <w:t>Dennis Thiessen</w:t>
            </w:r>
          </w:p>
        </w:tc>
        <w:tc>
          <w:tcPr>
            <w:tcW w:w="5400" w:type="dxa"/>
          </w:tcPr>
          <w:p w14:paraId="107EC53B" wp14:textId="77777777">
            <w:r>
              <w:t>326-0716</w:t>
            </w:r>
          </w:p>
        </w:tc>
      </w:tr>
      <w:tr xmlns:wp14="http://schemas.microsoft.com/office/word/2010/wordml" w14:paraId="4CFBBEF4" wp14:textId="77777777">
        <w:tc>
          <w:tcPr>
            <w:tcW w:w="5400" w:type="dxa"/>
          </w:tcPr>
          <w:p w14:paraId="2CAE2397" wp14:textId="77777777">
            <w:r>
              <w:t>Marc Ross</w:t>
            </w:r>
          </w:p>
        </w:tc>
        <w:tc>
          <w:tcPr>
            <w:tcW w:w="5400" w:type="dxa"/>
          </w:tcPr>
          <w:p w14:paraId="1547E897" wp14:textId="77777777">
            <w:r>
              <w:t>422-5779</w:t>
            </w:r>
          </w:p>
        </w:tc>
      </w:tr>
      <w:tr xmlns:wp14="http://schemas.microsoft.com/office/word/2010/wordml" w14:paraId="532EE5F0" wp14:textId="77777777">
        <w:tc>
          <w:tcPr>
            <w:tcW w:w="5400" w:type="dxa"/>
          </w:tcPr>
          <w:p w14:paraId="266933DB" wp14:textId="77777777">
            <w:r>
              <w:t>Gerald Reimer</w:t>
            </w:r>
          </w:p>
        </w:tc>
        <w:tc>
          <w:tcPr>
            <w:tcW w:w="5400" w:type="dxa"/>
          </w:tcPr>
          <w:p w14:paraId="10115CEB" wp14:textId="77777777">
            <w:r>
              <w:t>392-2881</w:t>
            </w:r>
          </w:p>
        </w:tc>
      </w:tr>
      <w:tr xmlns:wp14="http://schemas.microsoft.com/office/word/2010/wordml" w14:paraId="09F04115" wp14:textId="77777777">
        <w:tc>
          <w:tcPr>
            <w:tcW w:w="5400" w:type="dxa"/>
          </w:tcPr>
          <w:p w14:paraId="75D45DD0" wp14:textId="77777777">
            <w:r>
              <w:t>Jake Loeppky</w:t>
            </w:r>
          </w:p>
        </w:tc>
        <w:tc>
          <w:tcPr>
            <w:tcW w:w="5400" w:type="dxa"/>
          </w:tcPr>
          <w:p w14:paraId="32287867" wp14:textId="77777777">
            <w:r>
              <w:t>355-8781</w:t>
            </w:r>
          </w:p>
        </w:tc>
      </w:tr>
      <w:tr xmlns:wp14="http://schemas.microsoft.com/office/word/2010/wordml" w14:paraId="1AC8CA01" wp14:textId="77777777">
        <w:tc>
          <w:tcPr>
            <w:tcW w:w="5400" w:type="dxa"/>
          </w:tcPr>
          <w:p w14:paraId="3B5E3BC3" wp14:textId="77777777">
            <w:r>
              <w:t>Lori Fast</w:t>
            </w:r>
          </w:p>
        </w:tc>
        <w:tc>
          <w:tcPr>
            <w:tcW w:w="5400" w:type="dxa"/>
          </w:tcPr>
          <w:p w14:paraId="668AD435" wp14:textId="77777777">
            <w:r>
              <w:t>381-4818</w:t>
            </w:r>
          </w:p>
        </w:tc>
      </w:tr>
      <w:tr xmlns:wp14="http://schemas.microsoft.com/office/word/2010/wordml" w14:paraId="0DC68500" wp14:textId="77777777">
        <w:tc>
          <w:tcPr>
            <w:tcW w:w="5400" w:type="dxa"/>
          </w:tcPr>
          <w:p w14:paraId="2D157380" wp14:textId="77777777">
            <w:r>
              <w:t>Robert Desautel</w:t>
            </w:r>
          </w:p>
        </w:tc>
        <w:tc>
          <w:tcPr>
            <w:tcW w:w="5400" w:type="dxa"/>
          </w:tcPr>
          <w:p w14:paraId="5BF2E744" wp14:textId="77777777">
            <w:r>
              <w:t>380-2896</w:t>
            </w:r>
          </w:p>
        </w:tc>
      </w:tr>
      <w:tr xmlns:wp14="http://schemas.microsoft.com/office/word/2010/wordml" w14:paraId="22B4B99D" wp14:textId="77777777">
        <w:tc>
          <w:tcPr>
            <w:tcW w:w="5400" w:type="dxa"/>
          </w:tcPr>
          <w:p w14:paraId="19CA0BCD" wp14:textId="77777777">
            <w:r>
              <w:t>Wilbert Friesen</w:t>
            </w:r>
          </w:p>
        </w:tc>
        <w:tc>
          <w:tcPr>
            <w:tcW w:w="5400" w:type="dxa"/>
          </w:tcPr>
          <w:p w14:paraId="756B5610" wp14:textId="77777777">
            <w:r>
              <w:t>381-2340</w:t>
            </w:r>
          </w:p>
        </w:tc>
      </w:tr>
      <w:tr xmlns:wp14="http://schemas.microsoft.com/office/word/2010/wordml" w14:paraId="42E9647C" wp14:textId="77777777">
        <w:tc>
          <w:tcPr>
            <w:tcW w:w="5400" w:type="dxa"/>
          </w:tcPr>
          <w:p w14:paraId="14D4B323" wp14:textId="77777777">
            <w:r>
              <w:t>Werner Pries</w:t>
            </w:r>
          </w:p>
        </w:tc>
        <w:tc>
          <w:tcPr>
            <w:tcW w:w="5400" w:type="dxa"/>
          </w:tcPr>
          <w:p w14:paraId="12FB4C63" wp14:textId="77777777">
            <w:r>
              <w:t>381-0395</w:t>
            </w:r>
          </w:p>
        </w:tc>
      </w:tr>
      <w:tr xmlns:wp14="http://schemas.microsoft.com/office/word/2010/wordml" w14:paraId="71573A8F" wp14:textId="77777777">
        <w:tc>
          <w:tcPr>
            <w:tcW w:w="5400" w:type="dxa"/>
          </w:tcPr>
          <w:p w14:paraId="7DA8198F" wp14:textId="77777777">
            <w:r>
              <w:t>Dave Moir</w:t>
            </w:r>
          </w:p>
        </w:tc>
        <w:tc>
          <w:tcPr>
            <w:tcW w:w="5400" w:type="dxa"/>
          </w:tcPr>
          <w:p w14:paraId="2D881CBE" wp14:textId="77777777">
            <w:r>
              <w:t>380-3244</w:t>
            </w:r>
          </w:p>
        </w:tc>
      </w:tr>
      <w:tr xmlns:wp14="http://schemas.microsoft.com/office/word/2010/wordml" w14:paraId="52FD7898" wp14:textId="77777777">
        <w:tc>
          <w:tcPr>
            <w:tcW w:w="5400" w:type="dxa"/>
          </w:tcPr>
          <w:p w14:paraId="0075E462" wp14:textId="77777777">
            <w:r>
              <w:t>Don Neufeld</w:t>
            </w:r>
          </w:p>
        </w:tc>
        <w:tc>
          <w:tcPr>
            <w:tcW w:w="5400" w:type="dxa"/>
          </w:tcPr>
          <w:p w14:paraId="1086B6B7" wp14:textId="77777777">
            <w:r>
              <w:t>355-7357</w:t>
            </w:r>
          </w:p>
        </w:tc>
      </w:tr>
    </w:tbl>
    <w:p xmlns:wp14="http://schemas.microsoft.com/office/word/2010/wordml" w14:paraId="3484AF24" wp14:textId="77777777">
      <w:r>
        <w:br/>
      </w:r>
      <w:r>
        <w:t>Spares</w:t>
      </w:r>
    </w:p>
    <w:p xmlns:wp14="http://schemas.microsoft.com/office/word/2010/wordml" w14:paraId="46A8D634" wp14:textId="77777777">
      <w:r>
        <w:t>Doug Lintott - 371-6571</w:t>
      </w:r>
    </w:p>
    <w:p xmlns:wp14="http://schemas.microsoft.com/office/word/2010/wordml" w14:paraId="243078D0" wp14:textId="77777777">
      <w:r>
        <w:t>Barry Plett - 392-4213</w:t>
      </w:r>
    </w:p>
    <w:p xmlns:wp14="http://schemas.microsoft.com/office/word/2010/wordml" w14:paraId="7ECF8987" wp14:textId="77777777">
      <w:r>
        <w:t>Brad Brandt - 346-2115</w:t>
      </w:r>
    </w:p>
    <w:p xmlns:wp14="http://schemas.microsoft.com/office/word/2010/wordml" w14:paraId="09080D02" wp14:textId="77777777">
      <w:r>
        <w:t>Phil Palk - 476-3899</w:t>
      </w:r>
    </w:p>
    <w:sectPr w:rsidRPr="0006063C" w:rsidR="00FC693F" w:rsidSect="000346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26FE18"/>
    <w:rsid w:val="060B4978"/>
    <w:rsid w:val="118665AD"/>
    <w:rsid w:val="6DC3497C"/>
    <w:rsid w:val="71707550"/>
    <w:rsid w:val="7170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A84E7A5-B29A-400A-8C8A-2622C9E99E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Cody Bergen</dc:creator>
  <keywords/>
  <dc:description>generated by python-docx</dc:description>
  <lastModifiedBy>Cody Bergen</lastModifiedBy>
  <revision>2</revision>
  <dcterms:created xsi:type="dcterms:W3CDTF">2026-10-14T12:50:18.3350555Z</dcterms:created>
  <dcterms:modified xsi:type="dcterms:W3CDTF">2026-10-14T12:55:56.4700022Z</dcterms:modified>
  <category/>
</coreProperties>
</file>